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FORMULARZ ODSTĄPIENIA OD UMOWY</w:t>
      </w:r>
    </w:p>
    <w:p>
      <w:pPr>
        <w:jc w:val="center"/>
      </w:pPr>
      <w:r>
        <w:rPr>
          <w:sz w:val="20"/>
        </w:rPr>
        <w:t>sklep internetowy vademecummz.pl</w:t>
      </w:r>
    </w:p>
    <w:p>
      <w:r>
        <w:t>Formularz można wykorzystać w przypadku odstąpienia od umowy sprzedaży zawartej za pośrednictwem sklepu vademecummz.pl. Skorzystanie z formularza nie jest obowiązkowe.</w:t>
      </w:r>
    </w:p>
    <w:p>
      <w:r>
        <w:rPr>
          <w:b/>
        </w:rPr>
        <w:t>Adresat:</w:t>
      </w:r>
    </w:p>
    <w:p>
      <w:r>
        <w:t>lek. med. Krzysztof Łanda</w:t>
        <w:br/>
        <w:t>ul. Polna 30</w:t>
        <w:br/>
        <w:t>05-080 Hornówek</w:t>
        <w:br/>
        <w:t>e-mail: kontakt@vademecummz.pl</w:t>
      </w:r>
    </w:p>
    <w:p>
      <w:r>
        <w:t>Niniejszym informuję o odstąpieniu od umowy sprzedaży następującego produktu: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4703"/>
        <w:gridCol w:w="4703"/>
      </w:tblGrid>
      <w:tr>
        <w:tc>
          <w:tcPr>
            <w:tcW w:type="dxa" w:w="3402"/>
          </w:tcPr>
          <w:p>
            <w:r>
              <w:rPr>
                <w:b/>
              </w:rPr>
              <w:t>Nazwa produktu</w:t>
            </w:r>
          </w:p>
        </w:tc>
        <w:tc>
          <w:tcPr>
            <w:tcW w:type="dxa" w:w="5669"/>
          </w:tcPr>
          <w:p>
            <w:r>
              <w:t>Vademecum Ministra Zdrowia</w:t>
            </w:r>
          </w:p>
        </w:tc>
      </w:tr>
      <w:tr>
        <w:tc>
          <w:tcPr>
            <w:tcW w:type="dxa" w:w="3402"/>
          </w:tcPr>
          <w:p>
            <w:r>
              <w:rPr>
                <w:b/>
              </w:rPr>
              <w:t>Liczba zwracanych egzemplarzy</w:t>
            </w:r>
          </w:p>
        </w:tc>
        <w:tc>
          <w:tcPr>
            <w:tcW w:type="dxa" w:w="5669"/>
          </w:tcPr>
          <w:p>
            <w:r>
              <w:t xml:space="preserve"> </w:t>
            </w:r>
          </w:p>
        </w:tc>
      </w:tr>
      <w:tr>
        <w:tc>
          <w:tcPr>
            <w:tcW w:type="dxa" w:w="3402"/>
          </w:tcPr>
          <w:p>
            <w:r>
              <w:rPr>
                <w:b/>
              </w:rPr>
              <w:t>Numer zamówienia</w:t>
            </w:r>
          </w:p>
        </w:tc>
        <w:tc>
          <w:tcPr>
            <w:tcW w:type="dxa" w:w="5669"/>
          </w:tcPr>
          <w:p>
            <w:r>
              <w:t xml:space="preserve"> </w:t>
            </w:r>
          </w:p>
        </w:tc>
      </w:tr>
      <w:tr>
        <w:tc>
          <w:tcPr>
            <w:tcW w:type="dxa" w:w="3402"/>
          </w:tcPr>
          <w:p>
            <w:r>
              <w:rPr>
                <w:b/>
              </w:rPr>
              <w:t>Data złożenia zamówienia</w:t>
            </w:r>
          </w:p>
        </w:tc>
        <w:tc>
          <w:tcPr>
            <w:tcW w:type="dxa" w:w="5669"/>
          </w:tcPr>
          <w:p>
            <w:r>
              <w:t xml:space="preserve"> </w:t>
            </w:r>
          </w:p>
        </w:tc>
      </w:tr>
      <w:tr>
        <w:tc>
          <w:tcPr>
            <w:tcW w:type="dxa" w:w="3402"/>
          </w:tcPr>
          <w:p>
            <w:r>
              <w:rPr>
                <w:b/>
              </w:rPr>
              <w:t>Data otrzymania zamówienia</w:t>
            </w:r>
          </w:p>
        </w:tc>
        <w:tc>
          <w:tcPr>
            <w:tcW w:type="dxa" w:w="5669"/>
          </w:tcPr>
          <w:p>
            <w:r>
              <w:t xml:space="preserve"> </w:t>
            </w:r>
          </w:p>
        </w:tc>
      </w:tr>
      <w:tr>
        <w:tc>
          <w:tcPr>
            <w:tcW w:type="dxa" w:w="3402"/>
          </w:tcPr>
          <w:p>
            <w:r>
              <w:rPr>
                <w:b/>
              </w:rPr>
              <w:t>Imię i nazwisko</w:t>
            </w:r>
          </w:p>
        </w:tc>
        <w:tc>
          <w:tcPr>
            <w:tcW w:type="dxa" w:w="5669"/>
          </w:tcPr>
          <w:p>
            <w:r>
              <w:t xml:space="preserve"> </w:t>
            </w:r>
          </w:p>
        </w:tc>
      </w:tr>
      <w:tr>
        <w:tc>
          <w:tcPr>
            <w:tcW w:type="dxa" w:w="3402"/>
          </w:tcPr>
          <w:p>
            <w:r>
              <w:rPr>
                <w:b/>
              </w:rPr>
              <w:t>Adres</w:t>
            </w:r>
          </w:p>
        </w:tc>
        <w:tc>
          <w:tcPr>
            <w:tcW w:type="dxa" w:w="5669"/>
          </w:tcPr>
          <w:p>
            <w:r>
              <w:t xml:space="preserve"> </w:t>
            </w:r>
          </w:p>
        </w:tc>
      </w:tr>
      <w:tr>
        <w:tc>
          <w:tcPr>
            <w:tcW w:type="dxa" w:w="3402"/>
          </w:tcPr>
          <w:p>
            <w:r>
              <w:rPr>
                <w:b/>
              </w:rPr>
              <w:t>Adres e-mail</w:t>
            </w:r>
          </w:p>
        </w:tc>
        <w:tc>
          <w:tcPr>
            <w:tcW w:type="dxa" w:w="5669"/>
          </w:tcPr>
          <w:p>
            <w:r>
              <w:t xml:space="preserve"> </w:t>
            </w:r>
          </w:p>
        </w:tc>
      </w:tr>
      <w:tr>
        <w:tc>
          <w:tcPr>
            <w:tcW w:type="dxa" w:w="3402"/>
          </w:tcPr>
          <w:p>
            <w:r>
              <w:rPr>
                <w:b/>
              </w:rPr>
              <w:t>Numer telefonu (opcjonalnie)</w:t>
            </w:r>
          </w:p>
        </w:tc>
        <w:tc>
          <w:tcPr>
            <w:tcW w:type="dxa" w:w="5669"/>
          </w:tcPr>
          <w:p>
            <w:r>
              <w:t xml:space="preserve"> </w:t>
            </w:r>
          </w:p>
        </w:tc>
      </w:tr>
    </w:tbl>
    <w:p/>
    <w:p>
      <w:r>
        <w:t>Data: ........................................................................................................</w:t>
      </w:r>
    </w:p>
    <w:p/>
    <w:p>
      <w:r>
        <w:t>Podpis konsumenta: .........................................................................................</w:t>
        <w:br/>
        <w:t>(wymagany tylko w przypadku przesyłania formularza w wersji papierowej)</w:t>
      </w:r>
    </w:p>
    <w:p/>
    <w:p>
      <w:r>
        <w:rPr>
          <w:b/>
        </w:rPr>
        <w:t>Adres do odesłania książki:</w:t>
      </w:r>
    </w:p>
    <w:p>
      <w:r>
        <w:t>Zapakuje.pl</w:t>
        <w:br/>
        <w:t>Aleksandrów 785</w:t>
        <w:br/>
        <w:t>23-408 Aleksandrów</w:t>
      </w:r>
    </w:p>
    <w:p>
      <w:r>
        <w:rPr>
          <w:b/>
        </w:rPr>
        <w:t>Informacja:</w:t>
      </w:r>
    </w:p>
    <w:p>
      <w:r>
        <w:t>Oświadczenie o odstąpieniu od umowy można również przesłać elektronicznie na adres kontakt@vademecummz.pl. Bezpośredni koszt odesłania produktu w przypadku odstąpienia od umowy ponosi kupujący. Szczegółowe zasady odstąpienia od umowy znajdują się w Regulaminie sklepu internetowego vademecummz.pl.</w:t>
      </w:r>
    </w:p>
    <w:sectPr w:rsidR="00FC693F" w:rsidRPr="0006063C" w:rsidSect="00034616"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